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D2183" w14:textId="445AE102" w:rsidR="00007036" w:rsidRDefault="005C73F4">
      <w:pPr>
        <w:jc w:val="center"/>
      </w:pPr>
      <w:r>
        <w:rPr>
          <w:b/>
          <w:noProof/>
          <w:sz w:val="22"/>
        </w:rPr>
        <mc:AlternateContent>
          <mc:Choice Requires="wps">
            <w:drawing>
              <wp:anchor distT="0" distB="0" distL="114300" distR="114300" simplePos="0" relativeHeight="251658240" behindDoc="1" locked="0" layoutInCell="1" allowOverlap="1" wp14:anchorId="1C384985" wp14:editId="4E4D66E2">
                <wp:simplePos x="0" y="0"/>
                <wp:positionH relativeFrom="page">
                  <wp:align>left</wp:align>
                </wp:positionH>
                <wp:positionV relativeFrom="paragraph">
                  <wp:posOffset>-562610</wp:posOffset>
                </wp:positionV>
                <wp:extent cx="1824990" cy="1755775"/>
                <wp:effectExtent l="0" t="0" r="6985" b="1270"/>
                <wp:wrapNone/>
                <wp:docPr id="4" name="Textruta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175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D81342" w14:textId="1309B899" w:rsidR="005C73F4" w:rsidRDefault="005C73F4" w:rsidP="005C73F4">
                            <w:r w:rsidRPr="00D80937">
                              <w:rPr>
                                <w:noProof/>
                              </w:rPr>
                              <w:drawing>
                                <wp:inline distT="0" distB="0" distL="0" distR="0" wp14:anchorId="12125F20" wp14:editId="5CA7237F">
                                  <wp:extent cx="1638300" cy="166116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38300" cy="166116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C384985" id="_x0000_t202" coordsize="21600,21600" o:spt="202" path="m,l,21600r21600,l21600,xe">
                <v:stroke joinstyle="miter"/>
                <v:path gradientshapeok="t" o:connecttype="rect"/>
              </v:shapetype>
              <v:shape id="Textruta 4" o:spid="_x0000_s1026" type="#_x0000_t202" style="position:absolute;left:0;text-align:left;margin-left:0;margin-top:-44.3pt;width:143.7pt;height:138.25pt;z-index:-251658240;visibility:visible;mso-wrap-style:non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" stroked="f">
                <v:textbox style="mso-fit-shape-to-text:t">
                  <w:txbxContent>
                    <w:p w14:paraId="65D81342" w14:textId="1309B899" w:rsidR="005C73F4" w:rsidRDefault="005C73F4" w:rsidP="005C73F4">
                      <w:r w:rsidRPr="00D80937">
                        <w:rPr>
                          <w:noProof/>
                        </w:rPr>
                        <w:drawing>
                          <wp:inline distT="0" distB="0" distL="0" distR="0" wp14:anchorId="12125F20" wp14:editId="5CA7237F">
                            <wp:extent cx="1638300" cy="166116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38300" cy="1661160"/>
                                    </a:xfrm>
                                    <a:prstGeom prst="rect">
                                      <a:avLst/>
                                    </a:prstGeom>
                                    <a:noFill/>
                                    <a:ln>
                                      <a:noFill/>
                                    </a:ln>
                                  </pic:spPr>
                                </pic:pic>
                              </a:graphicData>
                            </a:graphic>
                          </wp:inline>
                        </w:drawing>
                      </w:r>
                    </w:p>
                  </w:txbxContent>
                </v:textbox>
                <w10:wrap anchorx="page"/>
              </v:shape>
            </w:pict>
          </mc:Fallback>
        </mc:AlternateContent>
      </w:r>
      <w:r w:rsidR="00000000">
        <w:rPr>
          <w:b/>
          <w:sz w:val="22"/>
        </w:rPr>
        <w:t>MEDELPADS SKIDFÖRBUND</w:t>
      </w:r>
    </w:p>
    <w:p w14:paraId="778B6791" w14:textId="77777777" w:rsidR="00007036" w:rsidRDefault="00000000">
      <w:pPr>
        <w:jc w:val="center"/>
      </w:pPr>
      <w:r>
        <w:rPr>
          <w:b/>
          <w:sz w:val="48"/>
        </w:rPr>
        <w:t>STIPENDIUM – UNG LEDARE</w:t>
      </w:r>
    </w:p>
    <w:p w14:paraId="3A1122BB" w14:textId="77777777" w:rsidR="00007036" w:rsidRDefault="00000000">
      <w:pPr>
        <w:jc w:val="center"/>
      </w:pPr>
      <w:r>
        <w:t>Nominering av ung ledare inom skidverksamheten</w:t>
      </w:r>
    </w:p>
    <w:p w14:paraId="3E6E3FEB" w14:textId="0A70B875" w:rsidR="00007036" w:rsidRDefault="00000000">
      <w:pPr>
        <w:jc w:val="center"/>
      </w:pPr>
      <w:r>
        <w:t xml:space="preserve">Stipendiet uppmärksammar unga ledare som genom sitt engagemang, sitt ledarskap och sitt sätt att skapa en trygg och utvecklande skidverksamhet </w:t>
      </w:r>
      <w:proofErr w:type="spellStart"/>
      <w:r>
        <w:t>gör</w:t>
      </w:r>
      <w:proofErr w:type="spellEnd"/>
      <w:r>
        <w:t xml:space="preserve"> </w:t>
      </w:r>
      <w:proofErr w:type="spellStart"/>
      <w:r>
        <w:t>skillnad</w:t>
      </w:r>
      <w:proofErr w:type="spellEnd"/>
      <w:r>
        <w:t xml:space="preserve"> för </w:t>
      </w:r>
      <w:proofErr w:type="spellStart"/>
      <w:r>
        <w:t>andra</w:t>
      </w:r>
      <w:proofErr w:type="spellEnd"/>
      <w:r>
        <w:t>.</w:t>
      </w:r>
      <w:r w:rsidR="00B645FF">
        <w:br/>
      </w:r>
    </w:p>
    <w:p w14:paraId="2696E800" w14:textId="77777777" w:rsidR="00007036" w:rsidRDefault="00000000">
      <w:pPr>
        <w:pStyle w:val="Rubrik1"/>
      </w:pPr>
      <w:r>
        <w:t xml:space="preserve">1. </w:t>
      </w:r>
      <w:proofErr w:type="spellStart"/>
      <w:r>
        <w:t>Kandidaten</w:t>
      </w:r>
      <w:proofErr w:type="spellEnd"/>
    </w:p>
    <w:tbl>
      <w:tblPr>
        <w:tblStyle w:val="Tabellrutnt"/>
        <w:tblW w:w="0" w:type="auto"/>
        <w:jc w:val="center"/>
        <w:tblLook w:val="04A0" w:firstRow="1" w:lastRow="0" w:firstColumn="1" w:lastColumn="0" w:noHBand="0" w:noVBand="1"/>
      </w:tblPr>
      <w:tblGrid>
        <w:gridCol w:w="5095"/>
        <w:gridCol w:w="5095"/>
      </w:tblGrid>
      <w:tr w:rsidR="00007036" w14:paraId="3CD51F9B" w14:textId="77777777">
        <w:trPr>
          <w:jc w:val="center"/>
        </w:trPr>
        <w:tc>
          <w:tcPr>
            <w:tcW w:w="5100" w:type="dxa"/>
            <w:shd w:val="clear" w:color="auto" w:fill="EAF2F8"/>
          </w:tcPr>
          <w:p w14:paraId="064F025F" w14:textId="77777777" w:rsidR="00007036" w:rsidRDefault="00000000">
            <w:r>
              <w:t>Namn</w:t>
            </w:r>
          </w:p>
        </w:tc>
        <w:tc>
          <w:tcPr>
            <w:tcW w:w="5100" w:type="dxa"/>
          </w:tcPr>
          <w:p w14:paraId="201ABD19" w14:textId="77777777" w:rsidR="00007036" w:rsidRDefault="00007036"/>
        </w:tc>
      </w:tr>
      <w:tr w:rsidR="00007036" w14:paraId="20D46858" w14:textId="77777777">
        <w:trPr>
          <w:jc w:val="center"/>
        </w:trPr>
        <w:tc>
          <w:tcPr>
            <w:tcW w:w="5100" w:type="dxa"/>
            <w:shd w:val="clear" w:color="auto" w:fill="EAF2F8"/>
          </w:tcPr>
          <w:p w14:paraId="572A47A3" w14:textId="77777777" w:rsidR="00007036" w:rsidRDefault="00000000">
            <w:r>
              <w:t>Födelseår / ålder</w:t>
            </w:r>
          </w:p>
        </w:tc>
        <w:tc>
          <w:tcPr>
            <w:tcW w:w="5100" w:type="dxa"/>
          </w:tcPr>
          <w:p w14:paraId="0C0B1940" w14:textId="77777777" w:rsidR="00007036" w:rsidRDefault="00007036"/>
        </w:tc>
      </w:tr>
      <w:tr w:rsidR="00007036" w14:paraId="7EB2718C" w14:textId="77777777">
        <w:trPr>
          <w:jc w:val="center"/>
        </w:trPr>
        <w:tc>
          <w:tcPr>
            <w:tcW w:w="5100" w:type="dxa"/>
            <w:shd w:val="clear" w:color="auto" w:fill="EAF2F8"/>
          </w:tcPr>
          <w:p w14:paraId="0FB3C55F" w14:textId="77777777" w:rsidR="00007036" w:rsidRDefault="00000000">
            <w:r>
              <w:t>Förening</w:t>
            </w:r>
          </w:p>
        </w:tc>
        <w:tc>
          <w:tcPr>
            <w:tcW w:w="5100" w:type="dxa"/>
          </w:tcPr>
          <w:p w14:paraId="7EA79956" w14:textId="77777777" w:rsidR="00007036" w:rsidRDefault="00007036"/>
        </w:tc>
      </w:tr>
      <w:tr w:rsidR="00007036" w14:paraId="1A951CF0" w14:textId="77777777">
        <w:trPr>
          <w:jc w:val="center"/>
        </w:trPr>
        <w:tc>
          <w:tcPr>
            <w:tcW w:w="5100" w:type="dxa"/>
            <w:shd w:val="clear" w:color="auto" w:fill="EAF2F8"/>
          </w:tcPr>
          <w:p w14:paraId="1EBB0B10" w14:textId="77777777" w:rsidR="00007036" w:rsidRDefault="00000000">
            <w:r>
              <w:t>Gren</w:t>
            </w:r>
          </w:p>
        </w:tc>
        <w:tc>
          <w:tcPr>
            <w:tcW w:w="5100" w:type="dxa"/>
          </w:tcPr>
          <w:p w14:paraId="08A41A64" w14:textId="77777777" w:rsidR="00007036" w:rsidRDefault="00000000">
            <w:r>
              <w:t>☐ Alpint    ☐ Längd</w:t>
            </w:r>
          </w:p>
        </w:tc>
      </w:tr>
      <w:tr w:rsidR="00007036" w14:paraId="0BE97772" w14:textId="77777777">
        <w:trPr>
          <w:jc w:val="center"/>
        </w:trPr>
        <w:tc>
          <w:tcPr>
            <w:tcW w:w="5100" w:type="dxa"/>
            <w:shd w:val="clear" w:color="auto" w:fill="EAF2F8"/>
          </w:tcPr>
          <w:p w14:paraId="6583D5E9" w14:textId="77777777" w:rsidR="00007036" w:rsidRDefault="00000000">
            <w:r>
              <w:t>Ledarroll / vilken grupp</w:t>
            </w:r>
          </w:p>
        </w:tc>
        <w:tc>
          <w:tcPr>
            <w:tcW w:w="5100" w:type="dxa"/>
          </w:tcPr>
          <w:p w14:paraId="0DB24ABA" w14:textId="77777777" w:rsidR="00007036" w:rsidRDefault="00007036"/>
        </w:tc>
      </w:tr>
      <w:tr w:rsidR="00007036" w14:paraId="679BEB52" w14:textId="77777777">
        <w:trPr>
          <w:jc w:val="center"/>
        </w:trPr>
        <w:tc>
          <w:tcPr>
            <w:tcW w:w="5100" w:type="dxa"/>
            <w:shd w:val="clear" w:color="auto" w:fill="EAF2F8"/>
          </w:tcPr>
          <w:p w14:paraId="16981AE5" w14:textId="77777777" w:rsidR="00007036" w:rsidRDefault="00000000">
            <w:r>
              <w:t>Hur länge har kandidaten varit ledare?</w:t>
            </w:r>
          </w:p>
        </w:tc>
        <w:tc>
          <w:tcPr>
            <w:tcW w:w="5100" w:type="dxa"/>
          </w:tcPr>
          <w:p w14:paraId="644C8BCC" w14:textId="77777777" w:rsidR="00007036" w:rsidRDefault="00007036"/>
        </w:tc>
      </w:tr>
    </w:tbl>
    <w:p w14:paraId="639F9D4D" w14:textId="6EC5A893" w:rsidR="00007036" w:rsidRDefault="00000000">
      <w:pPr>
        <w:pStyle w:val="Rubrik1"/>
      </w:pPr>
      <w:r>
        <w:t xml:space="preserve">2. Vad </w:t>
      </w:r>
      <w:proofErr w:type="spellStart"/>
      <w:r>
        <w:t>utmärker</w:t>
      </w:r>
      <w:proofErr w:type="spellEnd"/>
      <w:r>
        <w:t xml:space="preserve"> </w:t>
      </w:r>
      <w:proofErr w:type="spellStart"/>
      <w:r>
        <w:t>kandidaten</w:t>
      </w:r>
      <w:proofErr w:type="spellEnd"/>
      <w:r>
        <w:t xml:space="preserve"> </w:t>
      </w:r>
      <w:proofErr w:type="spellStart"/>
      <w:r>
        <w:t>som</w:t>
      </w:r>
      <w:proofErr w:type="spellEnd"/>
      <w:r>
        <w:t xml:space="preserve"> </w:t>
      </w:r>
      <w:proofErr w:type="spellStart"/>
      <w:r>
        <w:t>ledare</w:t>
      </w:r>
      <w:proofErr w:type="spellEnd"/>
      <w:r>
        <w:t>?</w:t>
      </w:r>
    </w:p>
    <w:p w14:paraId="7D627E1E" w14:textId="77777777" w:rsidR="00007036" w:rsidRDefault="00000000">
      <w:r>
        <w:t>Markera de 2–3 områden som bäst beskriver varför kandidaten bör få stipendiet.</w:t>
      </w:r>
    </w:p>
    <w:p w14:paraId="468D3B5C" w14:textId="77777777" w:rsidR="00007036" w:rsidRDefault="00000000">
      <w:r>
        <w:t>☐ Engagemang &amp; ansvar – tar initiativ, ställer upp och tar ansvar för verksamheten</w:t>
      </w:r>
    </w:p>
    <w:p w14:paraId="332B1901" w14:textId="77777777" w:rsidR="00007036" w:rsidRDefault="00000000">
      <w:r>
        <w:t>☐ Pedagogik &amp; förmåga att lära ut – förklarar, instruerar och anpassar efter åkarnas nivå</w:t>
      </w:r>
    </w:p>
    <w:p w14:paraId="176B1A60" w14:textId="77777777" w:rsidR="00007036" w:rsidRDefault="00000000">
      <w:r>
        <w:t>☐ Trygghet &amp; förebild – skapar en trygg miljö och är en god förebild</w:t>
      </w:r>
    </w:p>
    <w:p w14:paraId="02DF94A5" w14:textId="77777777" w:rsidR="00007036" w:rsidRDefault="00000000">
      <w:r>
        <w:t>☐ Gemenskap &amp; kamratskap – ser alla, inkluderar och bygger lagkänsla</w:t>
      </w:r>
    </w:p>
    <w:p w14:paraId="56562128" w14:textId="77777777" w:rsidR="00007036" w:rsidRDefault="00000000">
      <w:r>
        <w:t>☐ Motivation &amp; inspiration – får barn och ungdomar att vilja delta, utvecklas och ha roligt</w:t>
      </w:r>
    </w:p>
    <w:p w14:paraId="4142E39C" w14:textId="77777777" w:rsidR="00007036" w:rsidRDefault="00000000">
      <w:r>
        <w:t>☐ Ledarskapsutveckling – visar vilja att lära sig mer och utvecklas som ledare</w:t>
      </w:r>
    </w:p>
    <w:p w14:paraId="3E22AD9D" w14:textId="77777777" w:rsidR="00007036" w:rsidRDefault="00000000">
      <w:r>
        <w:t>☐ Initiativförmåga – driver aktiviteter, idéer eller utvecklar verksamheten</w:t>
      </w:r>
    </w:p>
    <w:p w14:paraId="536B46FC" w14:textId="4D462235" w:rsidR="00B645FF" w:rsidRDefault="00000000">
      <w:r>
        <w:t xml:space="preserve">☐ Skidkunskap &amp; träningsinnehåll – bidrar med kunskap och bra </w:t>
      </w:r>
      <w:proofErr w:type="spellStart"/>
      <w:r>
        <w:t>träning</w:t>
      </w:r>
      <w:proofErr w:type="spellEnd"/>
      <w:r>
        <w:t xml:space="preserve"> </w:t>
      </w:r>
      <w:proofErr w:type="spellStart"/>
      <w:r>
        <w:t>utifrån</w:t>
      </w:r>
      <w:proofErr w:type="spellEnd"/>
      <w:r>
        <w:t xml:space="preserve"> </w:t>
      </w:r>
      <w:proofErr w:type="spellStart"/>
      <w:r>
        <w:t>målgruppen</w:t>
      </w:r>
      <w:proofErr w:type="spellEnd"/>
      <w:r w:rsidR="00B645FF">
        <w:br/>
      </w:r>
    </w:p>
    <w:p w14:paraId="558F216A" w14:textId="1989C18D" w:rsidR="00007036" w:rsidRDefault="00000000">
      <w:pPr>
        <w:pStyle w:val="Rubrik1"/>
      </w:pPr>
      <w:r>
        <w:t>3. Ledaruppdrag och engagemang</w:t>
      </w:r>
    </w:p>
    <w:p w14:paraId="6F01C09D" w14:textId="77777777" w:rsidR="00007036" w:rsidRDefault="00000000">
      <w:r>
        <w:t>Beskriv kandidatens ledaruppdrag. Vad gör hen konkret och hur mycket ansvar tar hen?</w:t>
      </w:r>
    </w:p>
    <w:p w14:paraId="31473076" w14:textId="77777777" w:rsidR="00007036" w:rsidRDefault="00000000">
      <w:pPr>
        <w:spacing w:after="40"/>
      </w:pPr>
      <w:r>
        <w:t>________________________________________________________________________________</w:t>
      </w:r>
    </w:p>
    <w:p w14:paraId="131AE83A" w14:textId="77777777" w:rsidR="00007036" w:rsidRDefault="00000000">
      <w:pPr>
        <w:spacing w:after="40"/>
      </w:pPr>
      <w:r>
        <w:t>________________________________________________________________________________</w:t>
      </w:r>
    </w:p>
    <w:p w14:paraId="0A4BA5E2" w14:textId="77777777" w:rsidR="00007036" w:rsidRDefault="00000000">
      <w:pPr>
        <w:spacing w:after="40"/>
      </w:pPr>
      <w:r>
        <w:t>________________________________________________________________________________</w:t>
      </w:r>
    </w:p>
    <w:p w14:paraId="6B9B9286" w14:textId="77777777" w:rsidR="00007036" w:rsidRDefault="00000000">
      <w:pPr>
        <w:pStyle w:val="Rubrik1"/>
      </w:pPr>
      <w:r>
        <w:lastRenderedPageBreak/>
        <w:t>4. Ledarskap och påverkan på åkarna</w:t>
      </w:r>
    </w:p>
    <w:p w14:paraId="4A51184A" w14:textId="77777777" w:rsidR="00007036" w:rsidRDefault="00000000">
      <w:r>
        <w:t>Hur får kandidaten barn och ungdomar att känna sig sedda, trygga och motiverade? Ge gärna ett konkret exempel på när kandidatens ledarskap gjort skillnad.</w:t>
      </w:r>
    </w:p>
    <w:p w14:paraId="241DA13B" w14:textId="77777777" w:rsidR="00007036" w:rsidRDefault="00000000">
      <w:pPr>
        <w:spacing w:after="40"/>
      </w:pPr>
      <w:r>
        <w:t>________________________________________________________________________________</w:t>
      </w:r>
    </w:p>
    <w:p w14:paraId="1FBF1FD0" w14:textId="77777777" w:rsidR="00007036" w:rsidRDefault="00000000">
      <w:pPr>
        <w:spacing w:after="40"/>
      </w:pPr>
      <w:r>
        <w:t>________________________________________________________________________________</w:t>
      </w:r>
    </w:p>
    <w:p w14:paraId="02343E11" w14:textId="77777777" w:rsidR="00007036" w:rsidRDefault="00000000">
      <w:pPr>
        <w:spacing w:after="40"/>
      </w:pPr>
      <w:r>
        <w:t>________________________________________________________________________________</w:t>
      </w:r>
    </w:p>
    <w:p w14:paraId="40395BD6" w14:textId="77777777" w:rsidR="00007036" w:rsidRDefault="00000000">
      <w:pPr>
        <w:pStyle w:val="Rubrik1"/>
      </w:pPr>
      <w:r>
        <w:t>5. Gemenskap och förebild</w:t>
      </w:r>
    </w:p>
    <w:p w14:paraId="7384F8A1" w14:textId="77777777" w:rsidR="00007036" w:rsidRDefault="00000000">
      <w:r>
        <w:t>Hur bidrar kandidaten till en positiv föreningskultur? Beskriv gärna hur hen inkluderar andra, skapar gemenskap eller fungerar som förebild.</w:t>
      </w:r>
    </w:p>
    <w:p w14:paraId="4F433B2A" w14:textId="77777777" w:rsidR="00007036" w:rsidRDefault="00000000">
      <w:pPr>
        <w:spacing w:after="40"/>
      </w:pPr>
      <w:r>
        <w:t>________________________________________________________________________________</w:t>
      </w:r>
    </w:p>
    <w:p w14:paraId="61418BB4" w14:textId="77777777" w:rsidR="00007036" w:rsidRDefault="00000000">
      <w:pPr>
        <w:spacing w:after="40"/>
      </w:pPr>
      <w:r>
        <w:t>________________________________________________________________________________</w:t>
      </w:r>
    </w:p>
    <w:p w14:paraId="2A99633D" w14:textId="77777777" w:rsidR="00007036" w:rsidRDefault="00000000">
      <w:pPr>
        <w:spacing w:after="40"/>
      </w:pPr>
      <w:r>
        <w:t>________________________________________________________________________________</w:t>
      </w:r>
    </w:p>
    <w:p w14:paraId="43609161" w14:textId="77777777" w:rsidR="00007036" w:rsidRDefault="00000000">
      <w:pPr>
        <w:pStyle w:val="Rubrik1"/>
      </w:pPr>
      <w:r>
        <w:t>6. Utveckling och framtida ledarskap</w:t>
      </w:r>
    </w:p>
    <w:p w14:paraId="6AB60CC7" w14:textId="77777777" w:rsidR="00007036" w:rsidRDefault="00000000">
      <w:r>
        <w:t>Vad visar kandidaten för vilja att utvecklas som ledare? Det kan exempelvis vara utbildningar, att ta större ansvar, söka feedback eller prova nya sätt att leda.</w:t>
      </w:r>
    </w:p>
    <w:p w14:paraId="651526A0" w14:textId="77777777" w:rsidR="00007036" w:rsidRDefault="00000000">
      <w:pPr>
        <w:spacing w:after="40"/>
      </w:pPr>
      <w:r>
        <w:t>________________________________________________________________________________</w:t>
      </w:r>
    </w:p>
    <w:p w14:paraId="7777BD62" w14:textId="77777777" w:rsidR="00007036" w:rsidRDefault="00000000">
      <w:pPr>
        <w:spacing w:after="40"/>
      </w:pPr>
      <w:r>
        <w:t>________________________________________________________________________________</w:t>
      </w:r>
    </w:p>
    <w:p w14:paraId="47A96312" w14:textId="77777777" w:rsidR="00007036" w:rsidRDefault="00000000">
      <w:pPr>
        <w:spacing w:after="40"/>
      </w:pPr>
      <w:r>
        <w:t>________________________________________________________________________________</w:t>
      </w:r>
    </w:p>
    <w:p w14:paraId="6BBC07A2" w14:textId="77777777" w:rsidR="00007036" w:rsidRDefault="00000000">
      <w:pPr>
        <w:pStyle w:val="Rubrik1"/>
      </w:pPr>
      <w:r>
        <w:t>7. Sammanfattande motivering</w:t>
      </w:r>
    </w:p>
    <w:p w14:paraId="277DD368" w14:textId="77777777" w:rsidR="00007036" w:rsidRDefault="00000000">
      <w:r>
        <w:t>Varför tycker ni att just denna ungdom ska få Medelpads Skidförbunds stipendium Ung Ledare?</w:t>
      </w:r>
    </w:p>
    <w:p w14:paraId="2123F282" w14:textId="77777777" w:rsidR="00007036" w:rsidRDefault="00000000">
      <w:pPr>
        <w:spacing w:after="40"/>
      </w:pPr>
      <w:r>
        <w:t>________________________________________________________________________________</w:t>
      </w:r>
    </w:p>
    <w:p w14:paraId="7B1B21C4" w14:textId="77777777" w:rsidR="00007036" w:rsidRDefault="00000000">
      <w:pPr>
        <w:spacing w:after="40"/>
      </w:pPr>
      <w:r>
        <w:t>________________________________________________________________________________</w:t>
      </w:r>
    </w:p>
    <w:p w14:paraId="5AEB536A" w14:textId="77777777" w:rsidR="00007036" w:rsidRDefault="00000000">
      <w:pPr>
        <w:spacing w:after="40"/>
      </w:pPr>
      <w:r>
        <w:t>________________________________________________________________________________</w:t>
      </w:r>
    </w:p>
    <w:p w14:paraId="10EBE30D" w14:textId="77777777" w:rsidR="00007036" w:rsidRDefault="00000000">
      <w:pPr>
        <w:spacing w:after="40"/>
      </w:pPr>
      <w:r>
        <w:t>________________________________________________________________________________</w:t>
      </w:r>
    </w:p>
    <w:p w14:paraId="69301B30" w14:textId="1BBC34ED" w:rsidR="00007036" w:rsidRDefault="00000000">
      <w:pPr>
        <w:pStyle w:val="Rubrik1"/>
      </w:pPr>
      <w:r>
        <w:t>8. Nominerande förening</w:t>
      </w:r>
    </w:p>
    <w:tbl>
      <w:tblPr>
        <w:tblStyle w:val="Tabellrutnt"/>
        <w:tblW w:w="0" w:type="auto"/>
        <w:tblLook w:val="04A0" w:firstRow="1" w:lastRow="0" w:firstColumn="1" w:lastColumn="0" w:noHBand="0" w:noVBand="1"/>
      </w:tblPr>
      <w:tblGrid>
        <w:gridCol w:w="5096"/>
        <w:gridCol w:w="5094"/>
      </w:tblGrid>
      <w:tr w:rsidR="00007036" w14:paraId="4097BED9" w14:textId="77777777">
        <w:tc>
          <w:tcPr>
            <w:tcW w:w="5100" w:type="dxa"/>
            <w:shd w:val="clear" w:color="auto" w:fill="EAF2F8"/>
          </w:tcPr>
          <w:p w14:paraId="758FF386" w14:textId="77777777" w:rsidR="00007036" w:rsidRDefault="00000000">
            <w:r>
              <w:t>Förening</w:t>
            </w:r>
          </w:p>
        </w:tc>
        <w:tc>
          <w:tcPr>
            <w:tcW w:w="5100" w:type="dxa"/>
          </w:tcPr>
          <w:p w14:paraId="2E7E5BE2" w14:textId="77777777" w:rsidR="00007036" w:rsidRDefault="00007036"/>
        </w:tc>
      </w:tr>
      <w:tr w:rsidR="00007036" w14:paraId="0D019069" w14:textId="77777777">
        <w:tc>
          <w:tcPr>
            <w:tcW w:w="5100" w:type="dxa"/>
            <w:shd w:val="clear" w:color="auto" w:fill="EAF2F8"/>
          </w:tcPr>
          <w:p w14:paraId="18816B31" w14:textId="77777777" w:rsidR="00007036" w:rsidRDefault="00000000">
            <w:r>
              <w:t>Namn på nominerande</w:t>
            </w:r>
          </w:p>
        </w:tc>
        <w:tc>
          <w:tcPr>
            <w:tcW w:w="5100" w:type="dxa"/>
          </w:tcPr>
          <w:p w14:paraId="37FA00E8" w14:textId="77777777" w:rsidR="00007036" w:rsidRDefault="00007036"/>
        </w:tc>
      </w:tr>
      <w:tr w:rsidR="00007036" w14:paraId="46BD3519" w14:textId="77777777">
        <w:tc>
          <w:tcPr>
            <w:tcW w:w="5100" w:type="dxa"/>
            <w:shd w:val="clear" w:color="auto" w:fill="EAF2F8"/>
          </w:tcPr>
          <w:p w14:paraId="100DD49A" w14:textId="77777777" w:rsidR="00007036" w:rsidRDefault="00000000">
            <w:r>
              <w:t>Roll i föreningen</w:t>
            </w:r>
          </w:p>
        </w:tc>
        <w:tc>
          <w:tcPr>
            <w:tcW w:w="5100" w:type="dxa"/>
          </w:tcPr>
          <w:p w14:paraId="7DA1E438" w14:textId="77777777" w:rsidR="00007036" w:rsidRDefault="00007036"/>
        </w:tc>
      </w:tr>
      <w:tr w:rsidR="00007036" w14:paraId="0E00B6E7" w14:textId="77777777">
        <w:tc>
          <w:tcPr>
            <w:tcW w:w="5100" w:type="dxa"/>
            <w:shd w:val="clear" w:color="auto" w:fill="EAF2F8"/>
          </w:tcPr>
          <w:p w14:paraId="63AAEA8E" w14:textId="77777777" w:rsidR="00007036" w:rsidRDefault="00000000">
            <w:r>
              <w:t>Telefon / e-post</w:t>
            </w:r>
          </w:p>
        </w:tc>
        <w:tc>
          <w:tcPr>
            <w:tcW w:w="5100" w:type="dxa"/>
          </w:tcPr>
          <w:p w14:paraId="2EF527B2" w14:textId="77777777" w:rsidR="00007036" w:rsidRDefault="00007036"/>
        </w:tc>
      </w:tr>
    </w:tbl>
    <w:p w14:paraId="4C756A39" w14:textId="77777777" w:rsidR="00007036" w:rsidRDefault="00007036"/>
    <w:p w14:paraId="4F78F049" w14:textId="22E4AFF0" w:rsidR="00007036" w:rsidRPr="00B645FF" w:rsidRDefault="00000000" w:rsidP="00B645FF">
      <w:pPr>
        <w:tabs>
          <w:tab w:val="left" w:pos="7938"/>
        </w:tabs>
        <w:rPr>
          <w:u w:val="single"/>
        </w:rPr>
      </w:pPr>
      <w:r>
        <w:t xml:space="preserve">Ort </w:t>
      </w:r>
      <w:proofErr w:type="spellStart"/>
      <w:r>
        <w:t>och</w:t>
      </w:r>
      <w:proofErr w:type="spellEnd"/>
      <w:r>
        <w:t xml:space="preserve"> datum: ____________________________________</w:t>
      </w:r>
      <w:r w:rsidR="00B645FF">
        <w:rPr>
          <w:u w:val="single"/>
        </w:rPr>
        <w:tab/>
      </w:r>
    </w:p>
    <w:p w14:paraId="3C2CB295" w14:textId="68F2558A" w:rsidR="00007036" w:rsidRDefault="00000000" w:rsidP="005C73F4">
      <w:pPr>
        <w:tabs>
          <w:tab w:val="left" w:pos="7938"/>
        </w:tabs>
      </w:pPr>
      <w:r>
        <w:t xml:space="preserve">Underskrift / </w:t>
      </w:r>
      <w:proofErr w:type="spellStart"/>
      <w:r>
        <w:t>föreningens</w:t>
      </w:r>
      <w:proofErr w:type="spellEnd"/>
      <w:r>
        <w:t xml:space="preserve"> </w:t>
      </w:r>
      <w:proofErr w:type="spellStart"/>
      <w:r>
        <w:t>godkännande</w:t>
      </w:r>
      <w:proofErr w:type="spellEnd"/>
      <w:r>
        <w:t>: ____________________________________</w:t>
      </w:r>
      <w:r w:rsidR="00B645FF">
        <w:rPr>
          <w:u w:val="single"/>
        </w:rPr>
        <w:tab/>
      </w:r>
      <w:r>
        <w:br w:type="page"/>
      </w:r>
    </w:p>
    <w:p w14:paraId="19CBD6C6" w14:textId="77777777" w:rsidR="00007036" w:rsidRDefault="00000000">
      <w:pPr>
        <w:jc w:val="center"/>
      </w:pPr>
      <w:r>
        <w:rPr>
          <w:b/>
          <w:sz w:val="36"/>
        </w:rPr>
        <w:lastRenderedPageBreak/>
        <w:t>BILAGA – HJÄLPTEXT FÖR NOMINERANDE FÖRENING</w:t>
      </w:r>
    </w:p>
    <w:p w14:paraId="3BFB18D6" w14:textId="77777777" w:rsidR="00007036" w:rsidRDefault="00000000">
      <w:pPr>
        <w:jc w:val="center"/>
      </w:pPr>
      <w:r>
        <w:t>Så skriver ni en tydlig nominering av en ung ledare</w:t>
      </w:r>
    </w:p>
    <w:p w14:paraId="2AF49858" w14:textId="77777777" w:rsidR="00007036" w:rsidRDefault="00000000">
      <w:r>
        <w:t>Tänk på att kandidaten här bedöms som ledare – inte som åkare. Det är alltså inte tävlingsresultat eller den egna skidprestationen som ska stå i centrum, utan hur kandidaten bidrar till barnens och ungdomarnas verksamhet.</w:t>
      </w:r>
    </w:p>
    <w:p w14:paraId="04853034" w14:textId="77777777" w:rsidR="00007036" w:rsidRDefault="00000000">
      <w:pPr>
        <w:pStyle w:val="Rubrik2"/>
      </w:pPr>
      <w:r>
        <w:t>Engagemang &amp; ansvar</w:t>
      </w:r>
    </w:p>
    <w:p w14:paraId="0496F244" w14:textId="77777777" w:rsidR="00007036" w:rsidRDefault="00000000">
      <w:r>
        <w:t>Beskriv hur kandidaten ställer upp och tar ansvar. Exempel kan vara att komma förberedd, ta ansvar för grupper, hjälpa till på läger och tävlingar eller ta initiativ när något behöver göras.</w:t>
      </w:r>
    </w:p>
    <w:p w14:paraId="2DD8D719" w14:textId="77777777" w:rsidR="00007036" w:rsidRDefault="00000000">
      <w:pPr>
        <w:pStyle w:val="Rubrik2"/>
      </w:pPr>
      <w:r>
        <w:t>Pedagogik &amp; förmåga att lära ut</w:t>
      </w:r>
    </w:p>
    <w:p w14:paraId="72C09CFD" w14:textId="77777777" w:rsidR="00007036" w:rsidRDefault="00000000">
      <w:r>
        <w:t>Hur gör kandidaten träningen begriplig och rolig? Beskriv gärna hur hen anpassar instruktioner efter olika åldrar, nivåer eller individer och hur hen ger feedback.</w:t>
      </w:r>
    </w:p>
    <w:p w14:paraId="62539DFA" w14:textId="77777777" w:rsidR="00007036" w:rsidRDefault="00000000">
      <w:pPr>
        <w:pStyle w:val="Rubrik2"/>
      </w:pPr>
      <w:r>
        <w:t>Trygghet &amp; förebild</w:t>
      </w:r>
    </w:p>
    <w:p w14:paraId="3CE07AA1" w14:textId="77777777" w:rsidR="00007036" w:rsidRDefault="00000000">
      <w:r>
        <w:t>Beskriv hur kandidaten skapar en trygg miljö där barn och ungdomar vågar prova, misslyckas och utvecklas. En bra förebild visar respekt, tålamod och gott omdöme.</w:t>
      </w:r>
    </w:p>
    <w:p w14:paraId="0ACD412B" w14:textId="77777777" w:rsidR="00007036" w:rsidRDefault="00000000">
      <w:pPr>
        <w:pStyle w:val="Rubrik2"/>
      </w:pPr>
      <w:r>
        <w:t>Gemenskap &amp; kamratskap</w:t>
      </w:r>
    </w:p>
    <w:p w14:paraId="7F49B774" w14:textId="77777777" w:rsidR="00007036" w:rsidRDefault="00000000">
      <w:r>
        <w:t>Hur får kandidaten alla att känna sig välkomna? Exempel kan vara att se den som är ny, få med den som står utanför eller bidra till en positiv stämning i gruppen.</w:t>
      </w:r>
    </w:p>
    <w:p w14:paraId="4A0FDD1E" w14:textId="77777777" w:rsidR="00007036" w:rsidRDefault="00000000">
      <w:pPr>
        <w:pStyle w:val="Rubrik2"/>
      </w:pPr>
      <w:r>
        <w:t>Motivation &amp; inspiration</w:t>
      </w:r>
    </w:p>
    <w:p w14:paraId="5DA2AB07" w14:textId="77777777" w:rsidR="00007036" w:rsidRDefault="00000000">
      <w:r>
        <w:t>Vad gör kandidaten för att få åkarna att vilja vara med? Beskriv gärna hur hen kombinerar skidglädje med utveckling och får barnen att känna att träningen är meningsfull.</w:t>
      </w:r>
    </w:p>
    <w:p w14:paraId="4488114C" w14:textId="77777777" w:rsidR="00007036" w:rsidRDefault="00000000">
      <w:pPr>
        <w:pStyle w:val="Rubrik2"/>
      </w:pPr>
      <w:r>
        <w:t>Ledarskapsutveckling</w:t>
      </w:r>
    </w:p>
    <w:p w14:paraId="330C5DB6" w14:textId="77777777" w:rsidR="00007036" w:rsidRDefault="00000000">
      <w:r>
        <w:t>Beskriv kandidatens vilja att lära sig mer. Det kan handla om ledarutbildning, att ta till sig feedback, fråga mer erfarna ledare eller själv reflektera över sitt ledarskap.</w:t>
      </w:r>
    </w:p>
    <w:p w14:paraId="7C73E56E" w14:textId="77777777" w:rsidR="00007036" w:rsidRDefault="00000000">
      <w:pPr>
        <w:pStyle w:val="Rubrik2"/>
      </w:pPr>
      <w:r>
        <w:t>Initiativförmåga</w:t>
      </w:r>
    </w:p>
    <w:p w14:paraId="0535B6C2" w14:textId="77777777" w:rsidR="00007036" w:rsidRDefault="00000000">
      <w:r>
        <w:t>Har kandidaten startat eller drivit något? Det kan vara en aktivitet, ett läger, en ny träningsidé, en gruppaktivitet eller något som gjort föreningens verksamhet bättre.</w:t>
      </w:r>
    </w:p>
    <w:p w14:paraId="78B0E573" w14:textId="77777777" w:rsidR="00007036" w:rsidRDefault="00000000">
      <w:pPr>
        <w:pStyle w:val="Rubrik2"/>
      </w:pPr>
      <w:r>
        <w:t>Skidkunskap &amp; träningsinnehåll</w:t>
      </w:r>
    </w:p>
    <w:p w14:paraId="355F56BA" w14:textId="77777777" w:rsidR="00007036" w:rsidRDefault="00000000">
      <w:r>
        <w:t>Beskriv hur kandidaten bidrar till bra och relevant träning. Det viktiga är inte att kandidaten kan allt, utan att hen kan skapa aktiviteter som passar gruppens ålder, nivå och behov.</w:t>
      </w:r>
    </w:p>
    <w:p w14:paraId="258EF16B" w14:textId="77777777" w:rsidR="00007036" w:rsidRDefault="00000000">
      <w:pPr>
        <w:pStyle w:val="Rubrik1"/>
      </w:pPr>
      <w:r>
        <w:t>Skriv gärna konkret</w:t>
      </w:r>
    </w:p>
    <w:p w14:paraId="77D05329" w14:textId="77777777" w:rsidR="00007036" w:rsidRDefault="00000000">
      <w:r>
        <w:t>Undvik bara formuleringar som ”hon är en jättebra ledare”. Försök beskriva vad kandidaten faktiskt gör och vilken effekt det får på barnen och ungdomarna.</w:t>
      </w:r>
    </w:p>
    <w:p w14:paraId="0E133C11" w14:textId="77777777" w:rsidR="00007036" w:rsidRDefault="00000000">
      <w:r>
        <w:t>Exempel: ”När två nya barn började i gruppen tog han sig tid att lära känna dem och såg till att de fick någon att åka med. Efter några veckor deltog båda aktivt i gruppen och kände sig hemma.”</w:t>
      </w:r>
    </w:p>
    <w:p w14:paraId="12F40882" w14:textId="77777777" w:rsidR="00007036" w:rsidRDefault="00000000">
      <w:pPr>
        <w:pStyle w:val="Rubrik1"/>
      </w:pPr>
      <w:r>
        <w:lastRenderedPageBreak/>
        <w:t>Bra att tänka på</w:t>
      </w:r>
    </w:p>
    <w:p w14:paraId="36F71CC6" w14:textId="77777777" w:rsidR="00007036" w:rsidRDefault="00000000">
      <w:r>
        <w:t>• Välj de 2–3 områden där kandidaten verkligen utmärker sig.</w:t>
      </w:r>
    </w:p>
    <w:p w14:paraId="41179E96" w14:textId="77777777" w:rsidR="00007036" w:rsidRDefault="00000000">
      <w:r>
        <w:t>• Ge konkreta exempel från den gångna säsongen.</w:t>
      </w:r>
    </w:p>
    <w:p w14:paraId="422BC559" w14:textId="77777777" w:rsidR="00007036" w:rsidRDefault="00000000">
      <w:r>
        <w:t>• Fokusera på kandidatens ledarskap och påverkan på andra – inte på egna tävlingsresultat.</w:t>
      </w:r>
    </w:p>
    <w:p w14:paraId="243EAD8B" w14:textId="77777777" w:rsidR="00007036" w:rsidRDefault="00000000">
      <w:r>
        <w:t>• Beskriv gärna hur kandidaten bidrar till en trygg, inkluderande och utvecklande miljö.</w:t>
      </w:r>
    </w:p>
    <w:p w14:paraId="1394688B" w14:textId="77777777" w:rsidR="00007036" w:rsidRDefault="00000000">
      <w:r>
        <w:t>• En bra nominering behöver inte vara lång. Några tydliga exempel säger ofta mer än många allmänna positiva ord.</w:t>
      </w:r>
    </w:p>
    <w:sectPr w:rsidR="00007036"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279264999">
    <w:abstractNumId w:val="8"/>
  </w:num>
  <w:num w:numId="2" w16cid:durableId="1421171178">
    <w:abstractNumId w:val="6"/>
  </w:num>
  <w:num w:numId="3" w16cid:durableId="484468474">
    <w:abstractNumId w:val="5"/>
  </w:num>
  <w:num w:numId="4" w16cid:durableId="1743602206">
    <w:abstractNumId w:val="4"/>
  </w:num>
  <w:num w:numId="5" w16cid:durableId="1793091849">
    <w:abstractNumId w:val="7"/>
  </w:num>
  <w:num w:numId="6" w16cid:durableId="792791392">
    <w:abstractNumId w:val="3"/>
  </w:num>
  <w:num w:numId="7" w16cid:durableId="1558543114">
    <w:abstractNumId w:val="2"/>
  </w:num>
  <w:num w:numId="8" w16cid:durableId="626088050">
    <w:abstractNumId w:val="1"/>
  </w:num>
  <w:num w:numId="9" w16cid:durableId="2050496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036"/>
    <w:rsid w:val="00034616"/>
    <w:rsid w:val="0006063C"/>
    <w:rsid w:val="0015074B"/>
    <w:rsid w:val="00251F9F"/>
    <w:rsid w:val="0029639D"/>
    <w:rsid w:val="00326F90"/>
    <w:rsid w:val="00392D2C"/>
    <w:rsid w:val="005B7974"/>
    <w:rsid w:val="005C73F4"/>
    <w:rsid w:val="00AA1D8D"/>
    <w:rsid w:val="00B47730"/>
    <w:rsid w:val="00B645F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2C4CF2"/>
  <w14:defaultImageDpi w14:val="330"/>
  <w15:docId w15:val="{3164642C-1B01-4488-A56F-A63E66DFD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0"/>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978</Words>
  <Characters>5189</Characters>
  <Application>Microsoft Office Word</Application>
  <DocSecurity>0</DocSecurity>
  <Lines>43</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Gardeland Isaksson Camilla</cp:lastModifiedBy>
  <cp:revision>4</cp:revision>
  <dcterms:created xsi:type="dcterms:W3CDTF">2026-08-25T11:20:00Z</dcterms:created>
  <dcterms:modified xsi:type="dcterms:W3CDTF">2026-08-26T08:23:00Z</dcterms:modified>
  <cp:category/>
</cp:coreProperties>
</file>