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7FEEB" w14:textId="0D9505A2" w:rsidR="00C02A82" w:rsidRDefault="00494C55">
      <w:pPr>
        <w:jc w:val="center"/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C384985" wp14:editId="6B552557">
                <wp:simplePos x="0" y="0"/>
                <wp:positionH relativeFrom="column">
                  <wp:posOffset>-647700</wp:posOffset>
                </wp:positionH>
                <wp:positionV relativeFrom="paragraph">
                  <wp:posOffset>-575945</wp:posOffset>
                </wp:positionV>
                <wp:extent cx="1824990" cy="1755775"/>
                <wp:effectExtent l="0" t="0" r="6985" b="1270"/>
                <wp:wrapNone/>
                <wp:docPr id="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990" cy="175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4BA044" w14:textId="08C4B75B" w:rsidR="00494C55" w:rsidRDefault="00494C55" w:rsidP="00494C55">
                            <w:r w:rsidRPr="00D80937">
                              <w:rPr>
                                <w:noProof/>
                              </w:rPr>
                              <w:drawing>
                                <wp:inline distT="0" distB="0" distL="0" distR="0" wp14:anchorId="45D6B0DB" wp14:editId="002AE5F6">
                                  <wp:extent cx="1638300" cy="1661160"/>
                                  <wp:effectExtent l="0" t="0" r="0" b="0"/>
                                  <wp:docPr id="1" name="Bildobjekt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8300" cy="1661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384985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-51pt;margin-top:-45.35pt;width:143.7pt;height:138.25pt;z-index:-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" stroked="f">
                <v:textbox style="mso-fit-shape-to-text:t">
                  <w:txbxContent>
                    <w:p w14:paraId="584BA044" w14:textId="08C4B75B" w:rsidR="00494C55" w:rsidRDefault="00494C55" w:rsidP="00494C55">
                      <w:r w:rsidRPr="00D80937">
                        <w:rPr>
                          <w:noProof/>
                        </w:rPr>
                        <w:drawing>
                          <wp:inline distT="0" distB="0" distL="0" distR="0" wp14:anchorId="45D6B0DB" wp14:editId="002AE5F6">
                            <wp:extent cx="1638300" cy="1661160"/>
                            <wp:effectExtent l="0" t="0" r="0" b="0"/>
                            <wp:docPr id="1" name="Bildobjekt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8300" cy="1661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b/>
          <w:sz w:val="22"/>
        </w:rPr>
        <w:t>MEDELPADS SKIDFÖRBUND</w:t>
      </w:r>
    </w:p>
    <w:p w14:paraId="457B8A89" w14:textId="13D92CB6" w:rsidR="00C02A82" w:rsidRDefault="00000000">
      <w:pPr>
        <w:jc w:val="center"/>
      </w:pPr>
      <w:r>
        <w:rPr>
          <w:b/>
          <w:sz w:val="48"/>
        </w:rPr>
        <w:t>UNGDOMSSTIPENDIUM</w:t>
      </w:r>
    </w:p>
    <w:p w14:paraId="2F7E8BB4" w14:textId="77777777" w:rsidR="00C02A82" w:rsidRDefault="00000000">
      <w:pPr>
        <w:jc w:val="center"/>
      </w:pPr>
      <w:r>
        <w:t>Nominering av aktiv ungdomsåkare</w:t>
      </w:r>
    </w:p>
    <w:p w14:paraId="24C23B61" w14:textId="77777777" w:rsidR="00C02A82" w:rsidRDefault="00000000">
      <w:pPr>
        <w:jc w:val="center"/>
      </w:pPr>
      <w:r>
        <w:t>Syftet med stipendiet är att uppmuntra unga åkare som utmärker sig genom prestationer, träningsvilja, utveckling, kamratskap och/eller andra goda egenskaper.</w:t>
      </w:r>
    </w:p>
    <w:p w14:paraId="4A6CBA8D" w14:textId="77777777" w:rsidR="00C02A82" w:rsidRDefault="00000000">
      <w:pPr>
        <w:pStyle w:val="Rubrik1"/>
      </w:pPr>
      <w:r>
        <w:t>1. Kandidaten</w:t>
      </w:r>
    </w:p>
    <w:tbl>
      <w:tblPr>
        <w:tblStyle w:val="Tabellrutnt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5100"/>
      </w:tblGrid>
      <w:tr w:rsidR="00C02A82" w14:paraId="594E9652" w14:textId="77777777">
        <w:trPr>
          <w:jc w:val="center"/>
        </w:trPr>
        <w:tc>
          <w:tcPr>
            <w:tcW w:w="3402" w:type="dxa"/>
            <w:shd w:val="clear" w:color="auto" w:fill="EAF2F8"/>
          </w:tcPr>
          <w:p w14:paraId="483D838C" w14:textId="77777777" w:rsidR="00C02A82" w:rsidRDefault="00000000">
            <w:r>
              <w:t>Namn</w:t>
            </w:r>
          </w:p>
        </w:tc>
        <w:tc>
          <w:tcPr>
            <w:tcW w:w="5100" w:type="dxa"/>
          </w:tcPr>
          <w:p w14:paraId="7AEC60E8" w14:textId="77777777" w:rsidR="00C02A82" w:rsidRDefault="00C02A82"/>
        </w:tc>
      </w:tr>
      <w:tr w:rsidR="00C02A82" w14:paraId="54A0EF7B" w14:textId="77777777">
        <w:trPr>
          <w:jc w:val="center"/>
        </w:trPr>
        <w:tc>
          <w:tcPr>
            <w:tcW w:w="3402" w:type="dxa"/>
            <w:shd w:val="clear" w:color="auto" w:fill="EAF2F8"/>
          </w:tcPr>
          <w:p w14:paraId="36E9B350" w14:textId="77777777" w:rsidR="00C02A82" w:rsidRDefault="00000000">
            <w:r>
              <w:t>Födelseår / ålder</w:t>
            </w:r>
          </w:p>
        </w:tc>
        <w:tc>
          <w:tcPr>
            <w:tcW w:w="5100" w:type="dxa"/>
          </w:tcPr>
          <w:p w14:paraId="3E90D0A4" w14:textId="77777777" w:rsidR="00C02A82" w:rsidRDefault="00C02A82"/>
        </w:tc>
      </w:tr>
      <w:tr w:rsidR="00C02A82" w14:paraId="410C80FA" w14:textId="77777777">
        <w:trPr>
          <w:jc w:val="center"/>
        </w:trPr>
        <w:tc>
          <w:tcPr>
            <w:tcW w:w="3402" w:type="dxa"/>
            <w:shd w:val="clear" w:color="auto" w:fill="EAF2F8"/>
          </w:tcPr>
          <w:p w14:paraId="3D101B99" w14:textId="77777777" w:rsidR="00C02A82" w:rsidRDefault="00000000">
            <w:r>
              <w:t>Förening</w:t>
            </w:r>
          </w:p>
        </w:tc>
        <w:tc>
          <w:tcPr>
            <w:tcW w:w="5100" w:type="dxa"/>
          </w:tcPr>
          <w:p w14:paraId="2DFF9539" w14:textId="77777777" w:rsidR="00C02A82" w:rsidRDefault="00C02A82"/>
        </w:tc>
      </w:tr>
      <w:tr w:rsidR="00C02A82" w14:paraId="3CF61AF7" w14:textId="77777777">
        <w:trPr>
          <w:jc w:val="center"/>
        </w:trPr>
        <w:tc>
          <w:tcPr>
            <w:tcW w:w="3402" w:type="dxa"/>
            <w:shd w:val="clear" w:color="auto" w:fill="EAF2F8"/>
          </w:tcPr>
          <w:p w14:paraId="17BCC56C" w14:textId="77777777" w:rsidR="00C02A82" w:rsidRDefault="00000000">
            <w:r>
              <w:t>Gren</w:t>
            </w:r>
          </w:p>
        </w:tc>
        <w:tc>
          <w:tcPr>
            <w:tcW w:w="5100" w:type="dxa"/>
          </w:tcPr>
          <w:p w14:paraId="3FEE8877" w14:textId="77777777" w:rsidR="00C02A82" w:rsidRDefault="00000000">
            <w:r>
              <w:t>☐ Alpint    ☐ Längd</w:t>
            </w:r>
          </w:p>
        </w:tc>
      </w:tr>
      <w:tr w:rsidR="00C02A82" w14:paraId="5058097F" w14:textId="77777777">
        <w:trPr>
          <w:jc w:val="center"/>
        </w:trPr>
        <w:tc>
          <w:tcPr>
            <w:tcW w:w="3402" w:type="dxa"/>
            <w:shd w:val="clear" w:color="auto" w:fill="EAF2F8"/>
          </w:tcPr>
          <w:p w14:paraId="4875587C" w14:textId="77777777" w:rsidR="00C02A82" w:rsidRDefault="00000000">
            <w:r>
              <w:t>Kontaktuppgift till kandidat/vårdnadshavare (valfritt)</w:t>
            </w:r>
          </w:p>
        </w:tc>
        <w:tc>
          <w:tcPr>
            <w:tcW w:w="5100" w:type="dxa"/>
          </w:tcPr>
          <w:p w14:paraId="58D07652" w14:textId="77777777" w:rsidR="00C02A82" w:rsidRDefault="00C02A82"/>
        </w:tc>
      </w:tr>
    </w:tbl>
    <w:p w14:paraId="5C712194" w14:textId="77777777" w:rsidR="00C02A82" w:rsidRDefault="00000000">
      <w:pPr>
        <w:pStyle w:val="Rubrik1"/>
      </w:pPr>
      <w:r>
        <w:t>2. Vad utmärker kandidaten?</w:t>
      </w:r>
    </w:p>
    <w:p w14:paraId="7B221FCD" w14:textId="77777777" w:rsidR="00C02A82" w:rsidRDefault="00000000">
      <w:r>
        <w:t>Markera de 2–3 områden som bäst beskriver varför kandidaten bör få stipendiet.</w:t>
      </w:r>
    </w:p>
    <w:p w14:paraId="672AF108" w14:textId="77777777" w:rsidR="00C02A82" w:rsidRDefault="00000000">
      <w:r>
        <w:t>☐ Tävlingsprestation – resultat, mål och prestationer</w:t>
      </w:r>
    </w:p>
    <w:p w14:paraId="756DBFF5" w14:textId="77777777" w:rsidR="00C02A82" w:rsidRDefault="00000000">
      <w:r>
        <w:t>☐ Träningsvilja &amp; engagemang – arbetsinsats, motivation och vilja att utvecklas</w:t>
      </w:r>
    </w:p>
    <w:p w14:paraId="0E6A041B" w14:textId="77777777" w:rsidR="00C02A82" w:rsidRDefault="00000000">
      <w:r>
        <w:t>☐ Utveckling &amp; progression – tydliga framsteg över tid</w:t>
      </w:r>
    </w:p>
    <w:p w14:paraId="142C3B14" w14:textId="77777777" w:rsidR="00C02A82" w:rsidRDefault="00000000">
      <w:r>
        <w:t>☐ Lagkamrat &amp; förebild – stöttar, peppar och inspirerar andra</w:t>
      </w:r>
    </w:p>
    <w:p w14:paraId="7FE33BBD" w14:textId="77777777" w:rsidR="00C02A82" w:rsidRDefault="00000000">
      <w:r>
        <w:t>☐ Idrottsglädje – positiv energi och glädje i träning och tävling</w:t>
      </w:r>
    </w:p>
    <w:p w14:paraId="4B77BAD2" w14:textId="77777777" w:rsidR="00C02A82" w:rsidRDefault="00000000">
      <w:r>
        <w:t>☐ Fair play &amp; sportsmanship – respekt och gott uppträdande</w:t>
      </w:r>
    </w:p>
    <w:p w14:paraId="4B46D930" w14:textId="77777777" w:rsidR="00C02A82" w:rsidRDefault="00000000">
      <w:r>
        <w:t>☐ Ansvar &amp; självständighet – tar ansvar för sin träning och sitt idrottande</w:t>
      </w:r>
    </w:p>
    <w:p w14:paraId="7806EA8A" w14:textId="77777777" w:rsidR="00C02A82" w:rsidRDefault="00000000">
      <w:pPr>
        <w:pStyle w:val="Rubrik1"/>
      </w:pPr>
      <w:r>
        <w:t>3. Prestationer och utveckling</w:t>
      </w:r>
    </w:p>
    <w:p w14:paraId="3C60A3BF" w14:textId="77777777" w:rsidR="00C02A82" w:rsidRDefault="00000000">
      <w:r>
        <w:t>Beskriv gärna konkreta resultat, tävlingar, personliga mål eller utvecklingssteg under den gångna säsongen.</w:t>
      </w:r>
    </w:p>
    <w:p w14:paraId="6276BAB7" w14:textId="77777777" w:rsidR="00C02A82" w:rsidRDefault="00000000">
      <w:pPr>
        <w:spacing w:after="40"/>
      </w:pPr>
      <w:r>
        <w:t>________________________________________________________________________________</w:t>
      </w:r>
    </w:p>
    <w:p w14:paraId="7FE5E0A2" w14:textId="77777777" w:rsidR="00C02A82" w:rsidRDefault="00000000">
      <w:pPr>
        <w:spacing w:after="40"/>
      </w:pPr>
      <w:r>
        <w:t>________________________________________________________________________________</w:t>
      </w:r>
    </w:p>
    <w:p w14:paraId="30E7A51B" w14:textId="77777777" w:rsidR="00C02A82" w:rsidRDefault="00000000">
      <w:pPr>
        <w:spacing w:after="40"/>
      </w:pPr>
      <w:r>
        <w:t>________________________________________________________________________________</w:t>
      </w:r>
    </w:p>
    <w:p w14:paraId="41B5D932" w14:textId="276CCDF1" w:rsidR="00494C55" w:rsidRDefault="00000000">
      <w:pPr>
        <w:spacing w:after="40"/>
      </w:pPr>
      <w:r>
        <w:t>________________________________________________________________________________</w:t>
      </w:r>
      <w:r w:rsidR="00494C55">
        <w:br/>
      </w:r>
    </w:p>
    <w:p w14:paraId="14255977" w14:textId="77777777" w:rsidR="00494C55" w:rsidRDefault="00494C55">
      <w:r>
        <w:br w:type="page"/>
      </w:r>
    </w:p>
    <w:p w14:paraId="785A2B94" w14:textId="77777777" w:rsidR="00C02A82" w:rsidRDefault="00000000">
      <w:pPr>
        <w:pStyle w:val="Rubrik1"/>
      </w:pPr>
      <w:r>
        <w:lastRenderedPageBreak/>
        <w:t>4. Träningsvilja och engagemang</w:t>
      </w:r>
    </w:p>
    <w:p w14:paraId="3646B37E" w14:textId="77777777" w:rsidR="00C02A82" w:rsidRDefault="00000000">
      <w:r>
        <w:t>Hur visar kandidaten vilja att träna, lära sig och utvecklas? Ge gärna ett konkret exempel.</w:t>
      </w:r>
    </w:p>
    <w:p w14:paraId="5160C3D0" w14:textId="77777777" w:rsidR="00C02A82" w:rsidRDefault="00000000">
      <w:pPr>
        <w:spacing w:after="40"/>
      </w:pPr>
      <w:r>
        <w:t>________________________________________________________________________________</w:t>
      </w:r>
    </w:p>
    <w:p w14:paraId="0844D0A4" w14:textId="77777777" w:rsidR="00C02A82" w:rsidRDefault="00000000">
      <w:pPr>
        <w:spacing w:after="40"/>
      </w:pPr>
      <w:r>
        <w:t>________________________________________________________________________________</w:t>
      </w:r>
    </w:p>
    <w:p w14:paraId="5304E165" w14:textId="77777777" w:rsidR="00C02A82" w:rsidRDefault="00000000">
      <w:pPr>
        <w:spacing w:after="40"/>
      </w:pPr>
      <w:r>
        <w:t>________________________________________________________________________________</w:t>
      </w:r>
    </w:p>
    <w:p w14:paraId="7D47B3E8" w14:textId="77777777" w:rsidR="00C02A82" w:rsidRDefault="00000000">
      <w:pPr>
        <w:spacing w:after="40"/>
      </w:pPr>
      <w:r>
        <w:t>________________________________________________________________________________</w:t>
      </w:r>
    </w:p>
    <w:p w14:paraId="42CDD1C7" w14:textId="77777777" w:rsidR="00C02A82" w:rsidRDefault="00000000">
      <w:pPr>
        <w:pStyle w:val="Rubrik1"/>
      </w:pPr>
      <w:r>
        <w:t>5. Kamratskap och förebild</w:t>
      </w:r>
    </w:p>
    <w:p w14:paraId="6CF59AEE" w14:textId="77777777" w:rsidR="00C02A82" w:rsidRDefault="00000000">
      <w:r>
        <w:t>Hur bidrar kandidaten till gruppen, föreningen eller gemenskapen? Beskriv gärna hur hen stöttar, peppar eller inspirerar andra.</w:t>
      </w:r>
    </w:p>
    <w:p w14:paraId="25457BEC" w14:textId="77777777" w:rsidR="00C02A82" w:rsidRDefault="00000000">
      <w:pPr>
        <w:spacing w:after="40"/>
      </w:pPr>
      <w:r>
        <w:t>________________________________________________________________________________</w:t>
      </w:r>
    </w:p>
    <w:p w14:paraId="75AFD018" w14:textId="77777777" w:rsidR="00C02A82" w:rsidRDefault="00000000">
      <w:pPr>
        <w:spacing w:after="40"/>
      </w:pPr>
      <w:r>
        <w:t>________________________________________________________________________________</w:t>
      </w:r>
    </w:p>
    <w:p w14:paraId="74CF0DDE" w14:textId="77777777" w:rsidR="00C02A82" w:rsidRDefault="00000000">
      <w:pPr>
        <w:spacing w:after="40"/>
      </w:pPr>
      <w:r>
        <w:t>________________________________________________________________________________</w:t>
      </w:r>
    </w:p>
    <w:p w14:paraId="4654063E" w14:textId="77777777" w:rsidR="00C02A82" w:rsidRDefault="00000000">
      <w:pPr>
        <w:spacing w:after="40"/>
      </w:pPr>
      <w:r>
        <w:t>________________________________________________________________________________</w:t>
      </w:r>
    </w:p>
    <w:p w14:paraId="20805776" w14:textId="77777777" w:rsidR="00C02A82" w:rsidRDefault="00000000">
      <w:pPr>
        <w:pStyle w:val="Rubrik1"/>
      </w:pPr>
      <w:r>
        <w:t>6. Sammanfattande motivering</w:t>
      </w:r>
    </w:p>
    <w:p w14:paraId="76A802A9" w14:textId="77777777" w:rsidR="00C02A82" w:rsidRDefault="00000000">
      <w:r>
        <w:t>Varför tycker ni att just denna kandidat ska få Medelpads Skidförbunds ungdomsstipendium?</w:t>
      </w:r>
    </w:p>
    <w:p w14:paraId="267B0176" w14:textId="77777777" w:rsidR="00C02A82" w:rsidRDefault="00000000">
      <w:pPr>
        <w:spacing w:after="40"/>
      </w:pPr>
      <w:r>
        <w:t>________________________________________________________________________________</w:t>
      </w:r>
    </w:p>
    <w:p w14:paraId="57F3CD47" w14:textId="77777777" w:rsidR="00C02A82" w:rsidRDefault="00000000">
      <w:pPr>
        <w:spacing w:after="40"/>
      </w:pPr>
      <w:r>
        <w:t>________________________________________________________________________________</w:t>
      </w:r>
    </w:p>
    <w:p w14:paraId="3F170C96" w14:textId="77777777" w:rsidR="00C02A82" w:rsidRDefault="00000000">
      <w:pPr>
        <w:spacing w:after="40"/>
      </w:pPr>
      <w:r>
        <w:t>________________________________________________________________________________</w:t>
      </w:r>
    </w:p>
    <w:p w14:paraId="724AB0A1" w14:textId="77777777" w:rsidR="00C02A82" w:rsidRDefault="00000000">
      <w:pPr>
        <w:spacing w:after="40"/>
      </w:pPr>
      <w:r>
        <w:t>________________________________________________________________________________</w:t>
      </w:r>
    </w:p>
    <w:p w14:paraId="3666FE09" w14:textId="77777777" w:rsidR="00C02A82" w:rsidRDefault="00000000">
      <w:pPr>
        <w:spacing w:after="40"/>
      </w:pPr>
      <w:r>
        <w:t>________________________________________________________________________________</w:t>
      </w:r>
    </w:p>
    <w:p w14:paraId="282C6854" w14:textId="77777777" w:rsidR="00C02A82" w:rsidRDefault="00000000">
      <w:pPr>
        <w:pStyle w:val="Rubrik1"/>
      </w:pPr>
      <w:r>
        <w:t>7. Nominerande förening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096"/>
        <w:gridCol w:w="5094"/>
      </w:tblGrid>
      <w:tr w:rsidR="00C02A82" w14:paraId="1CF74BBB" w14:textId="77777777">
        <w:tc>
          <w:tcPr>
            <w:tcW w:w="5100" w:type="dxa"/>
            <w:shd w:val="clear" w:color="auto" w:fill="EAF2F8"/>
          </w:tcPr>
          <w:p w14:paraId="4AAB15D0" w14:textId="77777777" w:rsidR="00C02A82" w:rsidRDefault="00000000">
            <w:r>
              <w:t>Förening</w:t>
            </w:r>
          </w:p>
        </w:tc>
        <w:tc>
          <w:tcPr>
            <w:tcW w:w="5100" w:type="dxa"/>
          </w:tcPr>
          <w:p w14:paraId="2070A85A" w14:textId="77777777" w:rsidR="00C02A82" w:rsidRDefault="00C02A82"/>
        </w:tc>
      </w:tr>
      <w:tr w:rsidR="00C02A82" w14:paraId="43F57962" w14:textId="77777777">
        <w:tc>
          <w:tcPr>
            <w:tcW w:w="5100" w:type="dxa"/>
            <w:shd w:val="clear" w:color="auto" w:fill="EAF2F8"/>
          </w:tcPr>
          <w:p w14:paraId="5620FFE7" w14:textId="77777777" w:rsidR="00C02A82" w:rsidRDefault="00000000">
            <w:r>
              <w:t>Namn på nominerande</w:t>
            </w:r>
          </w:p>
        </w:tc>
        <w:tc>
          <w:tcPr>
            <w:tcW w:w="5100" w:type="dxa"/>
          </w:tcPr>
          <w:p w14:paraId="4B0618E2" w14:textId="77777777" w:rsidR="00C02A82" w:rsidRDefault="00C02A82"/>
        </w:tc>
      </w:tr>
      <w:tr w:rsidR="00C02A82" w14:paraId="189F2CDC" w14:textId="77777777">
        <w:tc>
          <w:tcPr>
            <w:tcW w:w="5100" w:type="dxa"/>
            <w:shd w:val="clear" w:color="auto" w:fill="EAF2F8"/>
          </w:tcPr>
          <w:p w14:paraId="3B3E71EE" w14:textId="77777777" w:rsidR="00C02A82" w:rsidRDefault="00000000">
            <w:r>
              <w:t>Roll i föreningen</w:t>
            </w:r>
          </w:p>
        </w:tc>
        <w:tc>
          <w:tcPr>
            <w:tcW w:w="5100" w:type="dxa"/>
          </w:tcPr>
          <w:p w14:paraId="65A57C51" w14:textId="77777777" w:rsidR="00C02A82" w:rsidRDefault="00C02A82"/>
        </w:tc>
      </w:tr>
      <w:tr w:rsidR="00C02A82" w14:paraId="022A5A3F" w14:textId="77777777">
        <w:tc>
          <w:tcPr>
            <w:tcW w:w="5100" w:type="dxa"/>
            <w:shd w:val="clear" w:color="auto" w:fill="EAF2F8"/>
          </w:tcPr>
          <w:p w14:paraId="2D88A9F2" w14:textId="77777777" w:rsidR="00C02A82" w:rsidRDefault="00000000">
            <w:r>
              <w:t>Telefon / e-post</w:t>
            </w:r>
          </w:p>
        </w:tc>
        <w:tc>
          <w:tcPr>
            <w:tcW w:w="5100" w:type="dxa"/>
          </w:tcPr>
          <w:p w14:paraId="6EEC8154" w14:textId="77777777" w:rsidR="00C02A82" w:rsidRDefault="00C02A82"/>
        </w:tc>
      </w:tr>
    </w:tbl>
    <w:p w14:paraId="2DD4D790" w14:textId="77777777" w:rsidR="00C02A82" w:rsidRDefault="00C02A82"/>
    <w:p w14:paraId="595E7D64" w14:textId="77E5E592" w:rsidR="00C02A82" w:rsidRPr="00494C55" w:rsidRDefault="00000000" w:rsidP="00494C55">
      <w:pPr>
        <w:tabs>
          <w:tab w:val="left" w:pos="7938"/>
        </w:tabs>
        <w:rPr>
          <w:u w:val="single"/>
        </w:rPr>
      </w:pPr>
      <w:r>
        <w:t xml:space="preserve">Ort </w:t>
      </w:r>
      <w:proofErr w:type="spellStart"/>
      <w:r>
        <w:t>och</w:t>
      </w:r>
      <w:proofErr w:type="spellEnd"/>
      <w:r>
        <w:t xml:space="preserve"> datum: ____________________________________</w:t>
      </w:r>
      <w:r w:rsidR="00494C55">
        <w:rPr>
          <w:u w:val="single"/>
        </w:rPr>
        <w:tab/>
      </w:r>
    </w:p>
    <w:p w14:paraId="18FD3A26" w14:textId="5BEAAF95" w:rsidR="00C02A82" w:rsidRDefault="00000000" w:rsidP="00494C55">
      <w:pPr>
        <w:tabs>
          <w:tab w:val="left" w:pos="7938"/>
        </w:tabs>
      </w:pPr>
      <w:r>
        <w:t xml:space="preserve">Underskrift / </w:t>
      </w:r>
      <w:proofErr w:type="spellStart"/>
      <w:r>
        <w:t>föreningens</w:t>
      </w:r>
      <w:proofErr w:type="spellEnd"/>
      <w:r>
        <w:t xml:space="preserve"> </w:t>
      </w:r>
      <w:proofErr w:type="spellStart"/>
      <w:r>
        <w:t>godkännande</w:t>
      </w:r>
      <w:proofErr w:type="spellEnd"/>
      <w:r>
        <w:t>: ____________________________________</w:t>
      </w:r>
      <w:r w:rsidR="00494C55">
        <w:rPr>
          <w:u w:val="single"/>
        </w:rPr>
        <w:tab/>
      </w:r>
      <w:r w:rsidR="00494C55">
        <w:tab/>
      </w:r>
    </w:p>
    <w:p w14:paraId="45AC8EF5" w14:textId="77777777" w:rsidR="00C02A82" w:rsidRDefault="00000000" w:rsidP="00494C55">
      <w:pPr>
        <w:tabs>
          <w:tab w:val="left" w:pos="7938"/>
        </w:tabs>
      </w:pPr>
      <w:r>
        <w:br w:type="page"/>
      </w:r>
    </w:p>
    <w:p w14:paraId="07F52DF7" w14:textId="77777777" w:rsidR="00C02A82" w:rsidRDefault="00000000">
      <w:pPr>
        <w:jc w:val="center"/>
      </w:pPr>
      <w:r>
        <w:rPr>
          <w:b/>
          <w:sz w:val="36"/>
        </w:rPr>
        <w:lastRenderedPageBreak/>
        <w:t>BILAGA – HJÄLPTEXT FÖR NOMINERANDE FÖRENING</w:t>
      </w:r>
    </w:p>
    <w:p w14:paraId="63F111DA" w14:textId="77777777" w:rsidR="00C02A82" w:rsidRDefault="00000000">
      <w:pPr>
        <w:jc w:val="center"/>
      </w:pPr>
      <w:r>
        <w:t>Så skriver ni en tydlig och bra nominering</w:t>
      </w:r>
    </w:p>
    <w:p w14:paraId="3246D015" w14:textId="77777777" w:rsidR="00C02A82" w:rsidRDefault="00000000">
      <w:r>
        <w:t>Målet med hjälptexten är att göra det enkelt att beskriva kandidaten med konkreta exempel. Alla kandidater behöver inte vara bäst på allt – stipendiet kan gå till en åkare som framför allt utmärker sig inom ett eller flera områden.</w:t>
      </w:r>
    </w:p>
    <w:p w14:paraId="61A98114" w14:textId="77777777" w:rsidR="00C02A82" w:rsidRDefault="00000000">
      <w:pPr>
        <w:pStyle w:val="Rubrik2"/>
      </w:pPr>
      <w:r>
        <w:t>Tävlingsprestation</w:t>
      </w:r>
    </w:p>
    <w:p w14:paraId="3EC9D919" w14:textId="77777777" w:rsidR="00C02A82" w:rsidRDefault="00000000">
      <w:r>
        <w:t>Beskriv resultat eller prestationer som sticker ut. Det kan vara placeringar, tävlingsframgångar, jämna prestationer eller att kandidaten nått ett personligt mål. Resultat behöver inte vara det enda som motiverar stipendiet.</w:t>
      </w:r>
    </w:p>
    <w:p w14:paraId="609A5F15" w14:textId="77777777" w:rsidR="00C02A82" w:rsidRDefault="00000000">
      <w:pPr>
        <w:pStyle w:val="Rubrik2"/>
      </w:pPr>
      <w:r>
        <w:t>Träningsvilja &amp; engagemang</w:t>
      </w:r>
    </w:p>
    <w:p w14:paraId="1D3EA204" w14:textId="77777777" w:rsidR="00C02A82" w:rsidRDefault="00000000">
      <w:r>
        <w:t>Beskriv kandidatens inställning till träning. Exempel kan vara hög träningsnärvaro, stor arbetsinsats, målmedvetenhet, att ta till sig feedback eller att fortsätta kämpa även när träningen är utmanande.</w:t>
      </w:r>
    </w:p>
    <w:p w14:paraId="06DA30D3" w14:textId="77777777" w:rsidR="00C02A82" w:rsidRDefault="00000000">
      <w:pPr>
        <w:pStyle w:val="Rubrik2"/>
      </w:pPr>
      <w:r>
        <w:t>Utveckling &amp; progression</w:t>
      </w:r>
    </w:p>
    <w:p w14:paraId="7B8FB90F" w14:textId="77777777" w:rsidR="00C02A82" w:rsidRDefault="00000000">
      <w:r>
        <w:t>Vad har kandidaten utvecklat under säsongen? Det kan handla om teknik, fysisk utveckling, tävlingsförmåga, självständighet eller att kandidaten tagit nya steg i sin satsning.</w:t>
      </w:r>
    </w:p>
    <w:p w14:paraId="53BB6D4F" w14:textId="77777777" w:rsidR="00C02A82" w:rsidRDefault="00000000">
      <w:pPr>
        <w:pStyle w:val="Rubrik2"/>
      </w:pPr>
      <w:r>
        <w:t>Lagkamrat &amp; förebild</w:t>
      </w:r>
    </w:p>
    <w:p w14:paraId="585D4916" w14:textId="77777777" w:rsidR="00C02A82" w:rsidRDefault="00000000">
      <w:r>
        <w:t>Beskriv hur kandidaten påverkar andra. Exempel: peppar yngre åkare, hjälper en kompis, bidrar till bra stämning, välkomnar nya eller visar med sitt beteende hur man är en bra lagkamrat.</w:t>
      </w:r>
    </w:p>
    <w:p w14:paraId="0DC9C596" w14:textId="77777777" w:rsidR="00C02A82" w:rsidRDefault="00000000">
      <w:pPr>
        <w:pStyle w:val="Rubrik2"/>
      </w:pPr>
      <w:r>
        <w:t>Idrottsglädje</w:t>
      </w:r>
    </w:p>
    <w:p w14:paraId="10ADB0E2" w14:textId="77777777" w:rsidR="00C02A82" w:rsidRDefault="00000000">
      <w:r>
        <w:t>Beskriv kandidatens energi och glädje i skidåkningen. En kandidat kan vara en viktig person i gruppen genom att sprida positivitet, entusiasm och lust att åka skidor.</w:t>
      </w:r>
    </w:p>
    <w:p w14:paraId="72679A13" w14:textId="77777777" w:rsidR="00C02A82" w:rsidRDefault="00000000">
      <w:pPr>
        <w:pStyle w:val="Rubrik2"/>
      </w:pPr>
      <w:r>
        <w:t>Fair play &amp; sportsmanship</w:t>
      </w:r>
    </w:p>
    <w:p w14:paraId="0B8ED227" w14:textId="77777777" w:rsidR="00C02A82" w:rsidRDefault="00000000">
      <w:r>
        <w:t>Beskriv hur kandidaten uppträder mot medtävlare, tränare, funktionärer och andra. Det kan vara respekt, ödmjukhet, att gratulera andra eller att hantera både framgång och motgång på ett bra sätt.</w:t>
      </w:r>
    </w:p>
    <w:p w14:paraId="0120D067" w14:textId="77777777" w:rsidR="00C02A82" w:rsidRDefault="00000000">
      <w:pPr>
        <w:pStyle w:val="Rubrik2"/>
      </w:pPr>
      <w:r>
        <w:t>Ansvar &amp; självständighet</w:t>
      </w:r>
    </w:p>
    <w:p w14:paraId="62E7B5AA" w14:textId="77777777" w:rsidR="00C02A82" w:rsidRDefault="00000000">
      <w:r>
        <w:t>Beskriv hur kandidaten tar ansvar för sin träning, utrustning, förberedelser och utveckling. Det kan också handla om att ta initiativ och vara pålitlig i gruppen.</w:t>
      </w:r>
    </w:p>
    <w:p w14:paraId="6E312814" w14:textId="77777777" w:rsidR="00C02A82" w:rsidRDefault="00000000">
      <w:pPr>
        <w:pStyle w:val="Rubrik1"/>
      </w:pPr>
      <w:r>
        <w:t>Skriv gärna konkret</w:t>
      </w:r>
    </w:p>
    <w:p w14:paraId="6EDB6D17" w14:textId="77777777" w:rsidR="00C02A82" w:rsidRDefault="00000000">
      <w:r>
        <w:t>Undvik bara allmänna formuleringar som ”hon är jätteduktig och trevlig”. Försök i stället beskriva vad kandidaten faktiskt gör.</w:t>
      </w:r>
    </w:p>
    <w:p w14:paraId="72F505DC" w14:textId="77777777" w:rsidR="00C02A82" w:rsidRDefault="00000000">
      <w:r>
        <w:t>Exempel: ”På träningarna är hon ofta den som peppar andra när ett moment är svårt och hon stannar gärna kvar för att hjälpa en yngre åkare.”</w:t>
      </w:r>
    </w:p>
    <w:p w14:paraId="3CEEC886" w14:textId="77777777" w:rsidR="00C02A82" w:rsidRDefault="00000000">
      <w:r>
        <w:t>En bra nominering behöver inte vara lång. Några konkreta exempel säger ofta mer än en lång text.</w:t>
      </w:r>
    </w:p>
    <w:p w14:paraId="2F8FA368" w14:textId="77777777" w:rsidR="00C02A82" w:rsidRDefault="00000000">
      <w:pPr>
        <w:pStyle w:val="Rubrik1"/>
      </w:pPr>
      <w:r>
        <w:lastRenderedPageBreak/>
        <w:t>Bra att tänka på</w:t>
      </w:r>
    </w:p>
    <w:p w14:paraId="347CA7BF" w14:textId="77777777" w:rsidR="00C02A82" w:rsidRDefault="00000000">
      <w:r>
        <w:t>• Välj de 2–3 områden där kandidaten verkligen utmärker sig.</w:t>
      </w:r>
    </w:p>
    <w:p w14:paraId="2D3C117F" w14:textId="77777777" w:rsidR="00C02A82" w:rsidRDefault="00000000">
      <w:r>
        <w:t>• Använd konkreta exempel från den gångna säsongen.</w:t>
      </w:r>
    </w:p>
    <w:p w14:paraId="7477F712" w14:textId="77777777" w:rsidR="00C02A82" w:rsidRDefault="00000000">
      <w:r>
        <w:t>• Resultat är meriterande, men är inte det enda som kan ligga till grund för stipendiet.</w:t>
      </w:r>
    </w:p>
    <w:p w14:paraId="394E67BF" w14:textId="77777777" w:rsidR="00C02A82" w:rsidRDefault="00000000">
      <w:r>
        <w:t>• Beskriv gärna hur kandidaten bidrar till skidgemenskapen, inte bara vad kandidaten själv presterar.</w:t>
      </w:r>
    </w:p>
    <w:p w14:paraId="0FEEEE1F" w14:textId="77777777" w:rsidR="00C02A82" w:rsidRDefault="00000000">
      <w:r>
        <w:t>• Skriv på ett sätt som gör att en person utanför föreningen kan förstå varför kandidaten är värd att uppmärksamma.</w:t>
      </w:r>
    </w:p>
    <w:sectPr w:rsidR="00C02A82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603432">
    <w:abstractNumId w:val="8"/>
  </w:num>
  <w:num w:numId="2" w16cid:durableId="1203906645">
    <w:abstractNumId w:val="6"/>
  </w:num>
  <w:num w:numId="3" w16cid:durableId="1229342379">
    <w:abstractNumId w:val="5"/>
  </w:num>
  <w:num w:numId="4" w16cid:durableId="1468626898">
    <w:abstractNumId w:val="4"/>
  </w:num>
  <w:num w:numId="5" w16cid:durableId="1667248803">
    <w:abstractNumId w:val="7"/>
  </w:num>
  <w:num w:numId="6" w16cid:durableId="1041711944">
    <w:abstractNumId w:val="3"/>
  </w:num>
  <w:num w:numId="7" w16cid:durableId="521894463">
    <w:abstractNumId w:val="2"/>
  </w:num>
  <w:num w:numId="8" w16cid:durableId="395280253">
    <w:abstractNumId w:val="1"/>
  </w:num>
  <w:num w:numId="9" w16cid:durableId="993871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6B05"/>
    <w:rsid w:val="0029639D"/>
    <w:rsid w:val="00326F90"/>
    <w:rsid w:val="00392D2C"/>
    <w:rsid w:val="00494C55"/>
    <w:rsid w:val="00AA1D8D"/>
    <w:rsid w:val="00B47730"/>
    <w:rsid w:val="00C02A82"/>
    <w:rsid w:val="00CB0664"/>
    <w:rsid w:val="00CD6391"/>
    <w:rsid w:val="00D836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4C5B7F"/>
  <w14:defaultImageDpi w14:val="330"/>
  <w15:docId w15:val="{3164642C-1B01-4488-A56F-A63E66DFD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0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902</Words>
  <Characters>4785</Characters>
  <Application>Microsoft Office Word</Application>
  <DocSecurity>0</DocSecurity>
  <Lines>39</Lines>
  <Paragraphs>11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5676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Gardeland Isaksson Camilla</cp:lastModifiedBy>
  <cp:revision>4</cp:revision>
  <dcterms:created xsi:type="dcterms:W3CDTF">2026-08-25T11:22:00Z</dcterms:created>
  <dcterms:modified xsi:type="dcterms:W3CDTF">2026-08-26T08:23:00Z</dcterms:modified>
  <cp:category/>
</cp:coreProperties>
</file>